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A3D1" w14:textId="77777777" w:rsidR="005D7E82" w:rsidRDefault="00000000">
      <w:pPr>
        <w:pStyle w:val="Ttulo1"/>
      </w:pPr>
      <w:r>
        <w:t>Check list de autodiagnóstico</w:t>
      </w:r>
    </w:p>
    <w:p w14:paraId="50A7750C" w14:textId="77777777" w:rsidR="005D7E82" w:rsidRDefault="00000000">
      <w:pPr>
        <w:pStyle w:val="Ttulo2"/>
      </w:pPr>
      <w:r>
        <w:t>1. Trazabilidad</w:t>
      </w:r>
    </w:p>
    <w:p w14:paraId="5420964C" w14:textId="560D779F" w:rsidR="00C32A1C" w:rsidRDefault="00C35669">
      <w:r w:rsidRPr="00C32A1C">
        <w:rPr>
          <w:b/>
          <w:bCs/>
        </w:rPr>
        <w:t>Riesgo</w:t>
      </w:r>
      <w:r>
        <w:t xml:space="preserve">: no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demostrar</w:t>
      </w:r>
      <w:proofErr w:type="spellEnd"/>
      <w:r>
        <w:t xml:space="preserve"> de </w:t>
      </w:r>
      <w:proofErr w:type="spellStart"/>
      <w:r>
        <w:t>dónde</w:t>
      </w:r>
      <w:proofErr w:type="spellEnd"/>
      <w:r>
        <w:t xml:space="preserve"> vino la materia prima o hacia dónde fue el lote en menos de 2 hs. </w:t>
      </w:r>
      <w:r w:rsidR="005D3FA2">
        <w:t>¿</w:t>
      </w:r>
      <w:proofErr w:type="spellStart"/>
      <w:r w:rsidR="005D3FA2">
        <w:t>Contás</w:t>
      </w:r>
      <w:proofErr w:type="spellEnd"/>
      <w:r w:rsidR="005D3FA2">
        <w:t xml:space="preserve"> con </w:t>
      </w:r>
      <w:proofErr w:type="spellStart"/>
      <w:r w:rsidR="005D3FA2">
        <w:t>planillas</w:t>
      </w:r>
      <w:proofErr w:type="spellEnd"/>
      <w:r w:rsidR="005D3FA2">
        <w:t xml:space="preserve"> de </w:t>
      </w:r>
      <w:proofErr w:type="spellStart"/>
      <w:r w:rsidR="005D3FA2">
        <w:t>registros</w:t>
      </w:r>
      <w:proofErr w:type="spellEnd"/>
      <w:r w:rsidR="005D3FA2">
        <w:t>?</w:t>
      </w:r>
    </w:p>
    <w:p w14:paraId="43422B52" w14:textId="15F1F2AA" w:rsidR="005D7E82" w:rsidRDefault="005D3FA2">
      <w:r>
        <w:t xml:space="preserve">Si: </w:t>
      </w:r>
      <w:sdt>
        <w:sdtPr>
          <w:id w:val="1774051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366338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C84BA16" w14:textId="46C22AB4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la </w:t>
      </w:r>
      <w:proofErr w:type="spellStart"/>
      <w:r>
        <w:t>trazabilidad</w:t>
      </w:r>
      <w:proofErr w:type="spellEnd"/>
      <w:r>
        <w:t xml:space="preserve"> no es un </w:t>
      </w:r>
      <w:proofErr w:type="spellStart"/>
      <w:r>
        <w:t>papel</w:t>
      </w:r>
      <w:proofErr w:type="spellEnd"/>
      <w:r>
        <w:t xml:space="preserve">, es </w:t>
      </w:r>
      <w:proofErr w:type="spellStart"/>
      <w:r w:rsidR="001A11DE">
        <w:t>tu</w:t>
      </w:r>
      <w:proofErr w:type="spellEnd"/>
      <w:r w:rsidR="001A11DE">
        <w:t xml:space="preserve"> </w:t>
      </w:r>
      <w:proofErr w:type="spellStart"/>
      <w:r w:rsidR="001A11DE">
        <w:t>seguro</w:t>
      </w:r>
      <w:proofErr w:type="spellEnd"/>
      <w:r>
        <w:t xml:space="preserve"> legal ante una intoxicación alimentaria.</w:t>
      </w:r>
    </w:p>
    <w:p w14:paraId="6AE3BAE7" w14:textId="77777777" w:rsidR="005D7E82" w:rsidRDefault="00000000">
      <w:pPr>
        <w:pStyle w:val="Ttulo2"/>
      </w:pPr>
      <w:r>
        <w:t>2. Manejo de alérgenos y contaminación cruzada</w:t>
      </w:r>
    </w:p>
    <w:p w14:paraId="6DAFBF37" w14:textId="70FED81D" w:rsidR="00C32A1C" w:rsidRDefault="00C35669">
      <w:r w:rsidRPr="00C32A1C">
        <w:rPr>
          <w:b/>
          <w:bCs/>
        </w:rPr>
        <w:t>Riesgo</w:t>
      </w:r>
      <w:r>
        <w:t xml:space="preserve">: para </w:t>
      </w:r>
      <w:proofErr w:type="spellStart"/>
      <w:r>
        <w:t>productos</w:t>
      </w:r>
      <w:proofErr w:type="spellEnd"/>
      <w:r>
        <w:t xml:space="preserve"> sin TACC, </w:t>
      </w:r>
      <w:proofErr w:type="spellStart"/>
      <w:r w:rsidR="003B5628">
        <w:t>nitritos</w:t>
      </w:r>
      <w:proofErr w:type="spellEnd"/>
      <w:r w:rsidR="003B5628">
        <w:t xml:space="preserve"> </w:t>
      </w:r>
      <w:proofErr w:type="spellStart"/>
      <w:r w:rsidR="003B5628">
        <w:t>en</w:t>
      </w:r>
      <w:proofErr w:type="spellEnd"/>
      <w:r>
        <w:t xml:space="preserve"> </w:t>
      </w:r>
      <w:proofErr w:type="spellStart"/>
      <w:r w:rsidR="003B5628">
        <w:t>cárnicos</w:t>
      </w:r>
      <w:proofErr w:type="spellEnd"/>
      <w:r>
        <w:t xml:space="preserve">,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haber</w:t>
      </w:r>
      <w:proofErr w:type="spellEnd"/>
      <w:r>
        <w:t xml:space="preserve"> un control estricto. </w:t>
      </w:r>
      <w:r w:rsidR="00C32A1C">
        <w:t xml:space="preserve">Las zonas y </w:t>
      </w:r>
      <w:proofErr w:type="spellStart"/>
      <w:r w:rsidR="00C32A1C">
        <w:t>los</w:t>
      </w:r>
      <w:proofErr w:type="spellEnd"/>
      <w:r w:rsidR="00C32A1C">
        <w:t xml:space="preserve"> </w:t>
      </w:r>
      <w:proofErr w:type="spellStart"/>
      <w:r w:rsidR="00C32A1C">
        <w:t>utensilios</w:t>
      </w:r>
      <w:proofErr w:type="spellEnd"/>
      <w:r w:rsidR="00C32A1C">
        <w:t xml:space="preserve"> </w:t>
      </w:r>
      <w:proofErr w:type="spellStart"/>
      <w:r w:rsidR="00C32A1C">
        <w:t>estan</w:t>
      </w:r>
      <w:proofErr w:type="spellEnd"/>
      <w:r w:rsidR="00C32A1C">
        <w:t xml:space="preserve"> </w:t>
      </w:r>
      <w:proofErr w:type="spellStart"/>
      <w:r w:rsidR="00C32A1C">
        <w:t>debídamente</w:t>
      </w:r>
      <w:proofErr w:type="spellEnd"/>
      <w:r w:rsidR="00C32A1C">
        <w:t xml:space="preserve"> </w:t>
      </w:r>
      <w:proofErr w:type="spellStart"/>
      <w:r w:rsidR="00C32A1C">
        <w:t>identificados</w:t>
      </w:r>
      <w:proofErr w:type="spellEnd"/>
      <w:r w:rsidR="00BB7D61">
        <w:t>. ¿</w:t>
      </w:r>
      <w:proofErr w:type="spellStart"/>
      <w:r w:rsidR="00BB7D61">
        <w:t>Contás</w:t>
      </w:r>
      <w:proofErr w:type="spellEnd"/>
      <w:r w:rsidR="00BB7D61">
        <w:t xml:space="preserve"> con </w:t>
      </w:r>
      <w:proofErr w:type="spellStart"/>
      <w:r w:rsidR="00BB7D61">
        <w:t>identificación</w:t>
      </w:r>
      <w:proofErr w:type="spellEnd"/>
      <w:r w:rsidR="00BB7D61">
        <w:t xml:space="preserve"> </w:t>
      </w:r>
      <w:proofErr w:type="spellStart"/>
      <w:r w:rsidR="00BB7D61">
        <w:t>por</w:t>
      </w:r>
      <w:proofErr w:type="spellEnd"/>
      <w:r w:rsidR="00BB7D61">
        <w:t xml:space="preserve"> </w:t>
      </w:r>
      <w:proofErr w:type="spellStart"/>
      <w:r w:rsidR="00BB7D61">
        <w:t>colores</w:t>
      </w:r>
      <w:proofErr w:type="spellEnd"/>
      <w:r w:rsidR="00BB7D61">
        <w:t xml:space="preserve"> o </w:t>
      </w:r>
      <w:proofErr w:type="spellStart"/>
      <w:r w:rsidR="00BB7D61">
        <w:t>etiquetas</w:t>
      </w:r>
      <w:proofErr w:type="spellEnd"/>
      <w:r w:rsidR="00BB7D61">
        <w:t>?</w:t>
      </w:r>
    </w:p>
    <w:p w14:paraId="6451F919" w14:textId="1EB5FA8C" w:rsidR="005D3FA2" w:rsidRDefault="005D3FA2">
      <w:r>
        <w:t xml:space="preserve">Si: </w:t>
      </w:r>
      <w:sdt>
        <w:sdtPr>
          <w:id w:val="187249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814766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B8A19B4" w14:textId="0F31344A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</w:t>
      </w:r>
      <w:proofErr w:type="spellStart"/>
      <w:r>
        <w:t>el</w:t>
      </w:r>
      <w:proofErr w:type="spellEnd"/>
      <w:r>
        <w:t xml:space="preserve"> error </w:t>
      </w:r>
      <w:proofErr w:type="spellStart"/>
      <w:r>
        <w:t>humano</w:t>
      </w:r>
      <w:proofErr w:type="spellEnd"/>
      <w:r>
        <w:t xml:space="preserve"> es la causa N°1 de retiro de mercadería.</w:t>
      </w:r>
    </w:p>
    <w:p w14:paraId="5C08F2F1" w14:textId="77777777" w:rsidR="005D7E82" w:rsidRDefault="00000000">
      <w:pPr>
        <w:pStyle w:val="Ttulo2"/>
      </w:pPr>
      <w:r>
        <w:t>3. Control de plagas y barreras físicas</w:t>
      </w:r>
    </w:p>
    <w:p w14:paraId="34C2D9C1" w14:textId="42C135E4" w:rsidR="00C32A1C" w:rsidRDefault="00C35669">
      <w:r w:rsidRPr="00C32A1C">
        <w:rPr>
          <w:b/>
          <w:bCs/>
        </w:rPr>
        <w:t>Riesgo</w:t>
      </w:r>
      <w:r>
        <w:t xml:space="preserve">: </w:t>
      </w:r>
      <w:r w:rsidR="001A11DE">
        <w:t>zonas rurales</w:t>
      </w:r>
      <w:r>
        <w:t xml:space="preserve"> y </w:t>
      </w:r>
      <w:proofErr w:type="spellStart"/>
      <w:r w:rsidR="001A11DE">
        <w:t>portuarias</w:t>
      </w:r>
      <w:proofErr w:type="spellEnd"/>
      <w:r>
        <w:t xml:space="preserve"> son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amenaza</w:t>
      </w:r>
      <w:proofErr w:type="spellEnd"/>
      <w:r>
        <w:t xml:space="preserve"> constante. </w:t>
      </w:r>
      <w:r w:rsidR="00C32A1C">
        <w:t>¿Se r</w:t>
      </w:r>
      <w:proofErr w:type="spellStart"/>
      <w:r w:rsidR="00C32A1C">
        <w:t>ealiza</w:t>
      </w:r>
      <w:proofErr w:type="spellEnd"/>
      <w:r w:rsidR="00C32A1C">
        <w:t xml:space="preserve"> control integral de </w:t>
      </w:r>
      <w:proofErr w:type="spellStart"/>
      <w:r w:rsidR="00C32A1C">
        <w:t>plagas</w:t>
      </w:r>
      <w:proofErr w:type="spellEnd"/>
      <w:r w:rsidR="00C32A1C">
        <w:t>?</w:t>
      </w:r>
    </w:p>
    <w:p w14:paraId="111366DD" w14:textId="12365091" w:rsidR="005D3FA2" w:rsidRDefault="005D3FA2">
      <w:r>
        <w:t xml:space="preserve">Si: </w:t>
      </w:r>
      <w:sdt>
        <w:sdtPr>
          <w:id w:val="162288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-101807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0A09890" w14:textId="0537479C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un </w:t>
      </w:r>
      <w:proofErr w:type="spellStart"/>
      <w:r>
        <w:t>certificado</w:t>
      </w:r>
      <w:proofErr w:type="spellEnd"/>
      <w:r>
        <w:t xml:space="preserve"> </w:t>
      </w:r>
      <w:proofErr w:type="spellStart"/>
      <w:r>
        <w:t>vencido</w:t>
      </w:r>
      <w:proofErr w:type="spellEnd"/>
      <w:r>
        <w:t xml:space="preserve"> o el uso de productos no aprobados es motivo de clausura.</w:t>
      </w:r>
    </w:p>
    <w:p w14:paraId="1C09A9C0" w14:textId="77777777" w:rsidR="005D7E82" w:rsidRDefault="00000000">
      <w:pPr>
        <w:pStyle w:val="Ttulo2"/>
      </w:pPr>
      <w:r>
        <w:t>4. Ley de etiquetado frontal</w:t>
      </w:r>
    </w:p>
    <w:p w14:paraId="34401372" w14:textId="0BCC0869" w:rsidR="00C32A1C" w:rsidRDefault="00C35669">
      <w:r w:rsidRPr="00C32A1C">
        <w:rPr>
          <w:b/>
          <w:bCs/>
        </w:rPr>
        <w:t>Riesgo</w:t>
      </w:r>
      <w:r>
        <w:t xml:space="preserve">: </w:t>
      </w:r>
      <w:proofErr w:type="spellStart"/>
      <w:r>
        <w:t>publicidad</w:t>
      </w:r>
      <w:proofErr w:type="spellEnd"/>
      <w:r>
        <w:t xml:space="preserve"> </w:t>
      </w:r>
      <w:proofErr w:type="spellStart"/>
      <w:r>
        <w:t>engañosa</w:t>
      </w:r>
      <w:proofErr w:type="spellEnd"/>
      <w:r>
        <w:t xml:space="preserve"> o </w:t>
      </w:r>
      <w:proofErr w:type="spellStart"/>
      <w:r>
        <w:t>falta</w:t>
      </w:r>
      <w:proofErr w:type="spellEnd"/>
      <w:r>
        <w:t xml:space="preserve"> de sellos, o que no </w:t>
      </w:r>
      <w:proofErr w:type="spellStart"/>
      <w:r>
        <w:t>coinciden</w:t>
      </w:r>
      <w:proofErr w:type="spellEnd"/>
      <w:r>
        <w:t xml:space="preserve"> con la </w:t>
      </w:r>
      <w:proofErr w:type="spellStart"/>
      <w:r>
        <w:t>fórmula</w:t>
      </w:r>
      <w:proofErr w:type="spellEnd"/>
      <w:r>
        <w:t>.</w:t>
      </w:r>
      <w:r w:rsidR="005D3FA2">
        <w:t xml:space="preserve"> </w:t>
      </w:r>
      <w:r w:rsidR="00BB7D61">
        <w:t>¿</w:t>
      </w:r>
      <w:proofErr w:type="spellStart"/>
      <w:r w:rsidR="00BB7D61">
        <w:t>Cumplis</w:t>
      </w:r>
      <w:proofErr w:type="spellEnd"/>
      <w:r w:rsidR="00BB7D61">
        <w:t xml:space="preserve"> con </w:t>
      </w:r>
      <w:proofErr w:type="spellStart"/>
      <w:r w:rsidR="00BB7D61">
        <w:t>toda</w:t>
      </w:r>
      <w:proofErr w:type="spellEnd"/>
      <w:r w:rsidR="00BB7D61">
        <w:t xml:space="preserve"> la </w:t>
      </w:r>
      <w:proofErr w:type="spellStart"/>
      <w:r w:rsidR="00BB7D61">
        <w:t>reglamentación</w:t>
      </w:r>
      <w:proofErr w:type="spellEnd"/>
      <w:r w:rsidR="00BB7D61">
        <w:t>?</w:t>
      </w:r>
    </w:p>
    <w:p w14:paraId="0D2C5C7C" w14:textId="03E6D77B" w:rsidR="005D3FA2" w:rsidRDefault="005D3FA2">
      <w:r>
        <w:t xml:space="preserve">Si: </w:t>
      </w:r>
      <w:sdt>
        <w:sdtPr>
          <w:id w:val="-204952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-2038262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05FA73F" w14:textId="117AEF6E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un </w:t>
      </w:r>
      <w:proofErr w:type="spellStart"/>
      <w:r>
        <w:t>sello</w:t>
      </w:r>
      <w:proofErr w:type="spellEnd"/>
      <w:r>
        <w:t xml:space="preserve"> mal colocado puede obligarte a retirar miles de productos elaborados.</w:t>
      </w:r>
    </w:p>
    <w:p w14:paraId="509FFC18" w14:textId="77777777" w:rsidR="005D7E82" w:rsidRDefault="00000000">
      <w:pPr>
        <w:pStyle w:val="Ttulo2"/>
      </w:pPr>
      <w:r>
        <w:t>5. Capacitación y carnet de manipulador</w:t>
      </w:r>
    </w:p>
    <w:p w14:paraId="703054E5" w14:textId="074E8275" w:rsidR="00C32A1C" w:rsidRDefault="00C35669">
      <w:r w:rsidRPr="00C32A1C">
        <w:rPr>
          <w:b/>
          <w:bCs/>
        </w:rPr>
        <w:t>Riesgo</w:t>
      </w:r>
      <w:r>
        <w:t xml:space="preserve">: personal sin carnet de manipulador o sin hábitos de higiene en </w:t>
      </w:r>
      <w:proofErr w:type="spellStart"/>
      <w:r>
        <w:t>buenas</w:t>
      </w:r>
      <w:proofErr w:type="spellEnd"/>
      <w:r>
        <w:t xml:space="preserve"> </w:t>
      </w:r>
      <w:proofErr w:type="spellStart"/>
      <w:r>
        <w:t>prácticas</w:t>
      </w:r>
      <w:proofErr w:type="spellEnd"/>
      <w:r>
        <w:t xml:space="preserve"> de </w:t>
      </w:r>
      <w:proofErr w:type="spellStart"/>
      <w:r>
        <w:t>manufactura</w:t>
      </w:r>
      <w:proofErr w:type="spellEnd"/>
      <w:r>
        <w:t>.</w:t>
      </w:r>
      <w:r w:rsidR="005D3FA2">
        <w:t xml:space="preserve"> </w:t>
      </w:r>
      <w:r w:rsidR="00BB7D61">
        <w:t>¿</w:t>
      </w:r>
      <w:proofErr w:type="spellStart"/>
      <w:r w:rsidR="00BB7D61">
        <w:t>Contás</w:t>
      </w:r>
      <w:proofErr w:type="spellEnd"/>
      <w:r w:rsidR="00BB7D61">
        <w:t xml:space="preserve"> con </w:t>
      </w:r>
      <w:proofErr w:type="spellStart"/>
      <w:r w:rsidR="00BB7D61">
        <w:t>los</w:t>
      </w:r>
      <w:proofErr w:type="spellEnd"/>
      <w:r w:rsidR="00BB7D61">
        <w:t xml:space="preserve"> </w:t>
      </w:r>
      <w:proofErr w:type="spellStart"/>
      <w:r w:rsidR="00BB7D61">
        <w:t>cursos</w:t>
      </w:r>
      <w:proofErr w:type="spellEnd"/>
      <w:r w:rsidR="00BB7D61">
        <w:t xml:space="preserve"> </w:t>
      </w:r>
      <w:proofErr w:type="spellStart"/>
      <w:r w:rsidR="00BB7D61">
        <w:t>que</w:t>
      </w:r>
      <w:proofErr w:type="spellEnd"/>
      <w:r w:rsidR="00BB7D61">
        <w:t xml:space="preserve"> </w:t>
      </w:r>
      <w:proofErr w:type="spellStart"/>
      <w:r w:rsidR="00BB7D61">
        <w:t>avalan</w:t>
      </w:r>
      <w:proofErr w:type="spellEnd"/>
      <w:r w:rsidR="00BB7D61">
        <w:t xml:space="preserve"> </w:t>
      </w:r>
      <w:proofErr w:type="spellStart"/>
      <w:r w:rsidR="00BB7D61">
        <w:t>estas</w:t>
      </w:r>
      <w:proofErr w:type="spellEnd"/>
      <w:r w:rsidR="00BB7D61">
        <w:t xml:space="preserve"> </w:t>
      </w:r>
      <w:proofErr w:type="spellStart"/>
      <w:r w:rsidR="00BB7D61">
        <w:t>prácticas</w:t>
      </w:r>
      <w:proofErr w:type="spellEnd"/>
      <w:r w:rsidR="00BB7D61">
        <w:t>?</w:t>
      </w:r>
    </w:p>
    <w:p w14:paraId="2234D3DE" w14:textId="099A3F54" w:rsidR="005D3FA2" w:rsidRDefault="005D3FA2">
      <w:r>
        <w:t xml:space="preserve">Si: </w:t>
      </w:r>
      <w:sdt>
        <w:sdtPr>
          <w:id w:val="-1084215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-647830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0FDF69E" w14:textId="0C4FE5D2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</w:t>
      </w:r>
      <w:proofErr w:type="spellStart"/>
      <w:r>
        <w:t>contar</w:t>
      </w:r>
      <w:proofErr w:type="spellEnd"/>
      <w:r>
        <w:t xml:space="preserve"> con </w:t>
      </w:r>
      <w:proofErr w:type="spellStart"/>
      <w:r>
        <w:t>registros</w:t>
      </w:r>
      <w:proofErr w:type="spellEnd"/>
      <w:r>
        <w:t xml:space="preserve"> de capacitación.</w:t>
      </w:r>
    </w:p>
    <w:p w14:paraId="39EAF978" w14:textId="77777777" w:rsidR="005D7E82" w:rsidRDefault="00000000">
      <w:pPr>
        <w:pStyle w:val="Ttulo2"/>
      </w:pPr>
      <w:r>
        <w:lastRenderedPageBreak/>
        <w:t>6. Mermas y desperdicios</w:t>
      </w:r>
    </w:p>
    <w:p w14:paraId="3DF0FADC" w14:textId="3B836303" w:rsidR="00C32A1C" w:rsidRDefault="00C35669">
      <w:r w:rsidRPr="00C32A1C">
        <w:rPr>
          <w:b/>
          <w:bCs/>
        </w:rPr>
        <w:t>Riesgo</w:t>
      </w:r>
      <w:r>
        <w:t xml:space="preserve">: </w:t>
      </w:r>
      <w:proofErr w:type="spellStart"/>
      <w:r>
        <w:t>pérdidas</w:t>
      </w:r>
      <w:proofErr w:type="spellEnd"/>
      <w:r>
        <w:t xml:space="preserve"> de </w:t>
      </w:r>
      <w:proofErr w:type="spellStart"/>
      <w:r>
        <w:t>materiales</w:t>
      </w:r>
      <w:proofErr w:type="spellEnd"/>
      <w:r>
        <w:t xml:space="preserve"> y</w:t>
      </w:r>
      <w:r w:rsidR="00BB7D61">
        <w:t>,</w:t>
      </w:r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consecuencia</w:t>
      </w:r>
      <w:proofErr w:type="spellEnd"/>
      <w:r w:rsidR="00BB7D61">
        <w:t>,</w:t>
      </w:r>
      <w:r>
        <w:t xml:space="preserve"> de dinero. Genera lugares de </w:t>
      </w:r>
      <w:proofErr w:type="spellStart"/>
      <w:r w:rsidR="00BB7D61">
        <w:t>guardado</w:t>
      </w:r>
      <w:proofErr w:type="spellEnd"/>
      <w:r>
        <w:t xml:space="preserve"> y </w:t>
      </w:r>
      <w:proofErr w:type="spellStart"/>
      <w:r>
        <w:t>potenciales</w:t>
      </w:r>
      <w:proofErr w:type="spellEnd"/>
      <w:r>
        <w:t xml:space="preserve"> </w:t>
      </w:r>
      <w:proofErr w:type="spellStart"/>
      <w:r>
        <w:t>fuentes</w:t>
      </w:r>
      <w:proofErr w:type="spellEnd"/>
      <w:r>
        <w:t xml:space="preserve"> de </w:t>
      </w:r>
      <w:proofErr w:type="spellStart"/>
      <w:r>
        <w:t>contaminación</w:t>
      </w:r>
      <w:proofErr w:type="spellEnd"/>
      <w:r>
        <w:t>.</w:t>
      </w:r>
      <w:r w:rsidR="005D3FA2">
        <w:t xml:space="preserve"> </w:t>
      </w:r>
      <w:r w:rsidR="00BB7D61">
        <w:t>¿</w:t>
      </w:r>
      <w:proofErr w:type="spellStart"/>
      <w:r w:rsidR="00BB7D61">
        <w:t>Contás</w:t>
      </w:r>
      <w:proofErr w:type="spellEnd"/>
      <w:r w:rsidR="00BB7D61">
        <w:t xml:space="preserve"> con un </w:t>
      </w:r>
      <w:proofErr w:type="spellStart"/>
      <w:r w:rsidR="00BB7D61">
        <w:t>sistema</w:t>
      </w:r>
      <w:proofErr w:type="spellEnd"/>
      <w:r w:rsidR="00BB7D61">
        <w:t xml:space="preserve"> de </w:t>
      </w:r>
      <w:proofErr w:type="spellStart"/>
      <w:r w:rsidR="00BB7D61">
        <w:t>reducción</w:t>
      </w:r>
      <w:proofErr w:type="spellEnd"/>
      <w:r w:rsidR="00BB7D61">
        <w:t xml:space="preserve"> de </w:t>
      </w:r>
      <w:proofErr w:type="spellStart"/>
      <w:r w:rsidR="00BB7D61">
        <w:t>mermas</w:t>
      </w:r>
      <w:proofErr w:type="spellEnd"/>
      <w:r w:rsidR="00BB7D61">
        <w:t xml:space="preserve"> y </w:t>
      </w:r>
      <w:proofErr w:type="spellStart"/>
      <w:r w:rsidR="00BB7D61">
        <w:t>desperdicios</w:t>
      </w:r>
      <w:proofErr w:type="spellEnd"/>
      <w:r w:rsidR="00BB7D61">
        <w:t>?</w:t>
      </w:r>
    </w:p>
    <w:p w14:paraId="00560A16" w14:textId="7573A17A" w:rsidR="005D3FA2" w:rsidRDefault="005D3FA2">
      <w:r>
        <w:t xml:space="preserve">Si: </w:t>
      </w:r>
      <w:sdt>
        <w:sdtPr>
          <w:id w:val="-6678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121493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247413F" w14:textId="1ADA2603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La </w:t>
      </w:r>
      <w:proofErr w:type="spellStart"/>
      <w:r>
        <w:t>optimización</w:t>
      </w:r>
      <w:proofErr w:type="spellEnd"/>
      <w:r>
        <w:t xml:space="preserve"> del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ahorra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y dinero.</w:t>
      </w:r>
    </w:p>
    <w:p w14:paraId="429EF48A" w14:textId="1C1AE1CC" w:rsidR="005D7E82" w:rsidRDefault="00000000">
      <w:pPr>
        <w:pStyle w:val="Ttulo2"/>
      </w:pPr>
      <w:r>
        <w:t xml:space="preserve">7. Sistema de </w:t>
      </w:r>
      <w:proofErr w:type="spellStart"/>
      <w:r>
        <w:t>limpieza</w:t>
      </w:r>
      <w:proofErr w:type="spellEnd"/>
      <w:r w:rsidR="001A11DE">
        <w:t>:</w:t>
      </w:r>
      <w:r>
        <w:t xml:space="preserve"> POES</w:t>
      </w:r>
    </w:p>
    <w:p w14:paraId="43D8FB13" w14:textId="100F25F5" w:rsidR="00C32A1C" w:rsidRDefault="00C35669">
      <w:r w:rsidRPr="00C32A1C">
        <w:rPr>
          <w:b/>
          <w:bCs/>
        </w:rPr>
        <w:t>Riesgo</w:t>
      </w:r>
      <w:r>
        <w:t xml:space="preserve">: no </w:t>
      </w:r>
      <w:proofErr w:type="spellStart"/>
      <w:r>
        <w:t>contar</w:t>
      </w:r>
      <w:proofErr w:type="spellEnd"/>
      <w:r>
        <w:t xml:space="preserve"> con un </w:t>
      </w:r>
      <w:proofErr w:type="spellStart"/>
      <w:r>
        <w:t>sistema</w:t>
      </w:r>
      <w:proofErr w:type="spellEnd"/>
      <w:r>
        <w:t xml:space="preserve"> de higiene y saneamiento conlleva un riesgo muy alto ya que estamos trabajando con alimentos que van a ser ingeridos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ser </w:t>
      </w:r>
      <w:proofErr w:type="spellStart"/>
      <w:r>
        <w:t>humano</w:t>
      </w:r>
      <w:proofErr w:type="spellEnd"/>
      <w:r>
        <w:t>.</w:t>
      </w:r>
      <w:r w:rsidR="005D3FA2">
        <w:t xml:space="preserve"> </w:t>
      </w:r>
      <w:r w:rsidR="00BB7D61">
        <w:t>¿</w:t>
      </w:r>
      <w:proofErr w:type="spellStart"/>
      <w:r w:rsidR="00BB7D61">
        <w:t>Contás</w:t>
      </w:r>
      <w:proofErr w:type="spellEnd"/>
      <w:r w:rsidR="00BB7D61">
        <w:t xml:space="preserve"> con </w:t>
      </w:r>
      <w:proofErr w:type="spellStart"/>
      <w:r w:rsidR="00BB7D61">
        <w:t>esta</w:t>
      </w:r>
      <w:proofErr w:type="spellEnd"/>
      <w:r w:rsidR="00BB7D61">
        <w:t xml:space="preserve"> </w:t>
      </w:r>
      <w:proofErr w:type="spellStart"/>
      <w:r w:rsidR="00BB7D61">
        <w:t>clase</w:t>
      </w:r>
      <w:proofErr w:type="spellEnd"/>
      <w:r w:rsidR="00BB7D61">
        <w:t xml:space="preserve"> de </w:t>
      </w:r>
      <w:proofErr w:type="spellStart"/>
      <w:r w:rsidR="00BB7D61">
        <w:t>sistema</w:t>
      </w:r>
      <w:proofErr w:type="spellEnd"/>
      <w:r w:rsidR="00BB7D61">
        <w:t>?</w:t>
      </w:r>
    </w:p>
    <w:p w14:paraId="39E3AE40" w14:textId="12C50FE3" w:rsidR="005D3FA2" w:rsidRDefault="005D3FA2">
      <w:r>
        <w:t xml:space="preserve">Si: </w:t>
      </w:r>
      <w:sdt>
        <w:sdtPr>
          <w:id w:val="-582991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48397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47B8B38" w14:textId="3F809B77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es </w:t>
      </w:r>
      <w:proofErr w:type="spellStart"/>
      <w:r>
        <w:t>imprescindible</w:t>
      </w:r>
      <w:proofErr w:type="spellEnd"/>
      <w:r>
        <w:t xml:space="preserve"> </w:t>
      </w:r>
      <w:proofErr w:type="spellStart"/>
      <w:r>
        <w:t>contar</w:t>
      </w:r>
      <w:proofErr w:type="spellEnd"/>
      <w:r>
        <w:t xml:space="preserve"> con un sistema integral de limpieza.</w:t>
      </w:r>
    </w:p>
    <w:p w14:paraId="3298A4E8" w14:textId="77777777" w:rsidR="005D7E82" w:rsidRDefault="00000000">
      <w:pPr>
        <w:pStyle w:val="Ttulo2"/>
      </w:pPr>
      <w:r>
        <w:t>8. Equipos de control</w:t>
      </w:r>
    </w:p>
    <w:p w14:paraId="44D63294" w14:textId="07B025B9" w:rsidR="00C32A1C" w:rsidRDefault="00C35669">
      <w:r w:rsidRPr="00C32A1C">
        <w:rPr>
          <w:b/>
          <w:bCs/>
        </w:rPr>
        <w:t>Riesgo</w:t>
      </w:r>
      <w:r>
        <w:t xml:space="preserve">: </w:t>
      </w:r>
      <w:proofErr w:type="spellStart"/>
      <w:r>
        <w:t>debemos</w:t>
      </w:r>
      <w:proofErr w:type="spellEnd"/>
      <w:r>
        <w:t xml:space="preserve"> </w:t>
      </w:r>
      <w:proofErr w:type="spellStart"/>
      <w:r>
        <w:t>contar</w:t>
      </w:r>
      <w:proofErr w:type="spellEnd"/>
      <w:r>
        <w:t xml:space="preserve"> con </w:t>
      </w:r>
      <w:proofErr w:type="spellStart"/>
      <w:r>
        <w:t>equipos</w:t>
      </w:r>
      <w:proofErr w:type="spellEnd"/>
      <w:r>
        <w:t xml:space="preserve"> calibrados y certificados (ej. balanzas, termómetros, etc.) para garantizar la fiabilidad del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elaboración</w:t>
      </w:r>
      <w:proofErr w:type="spellEnd"/>
      <w:r>
        <w:t>.</w:t>
      </w:r>
      <w:r w:rsidR="005D3FA2">
        <w:t xml:space="preserve"> </w:t>
      </w:r>
      <w:r w:rsidR="00BB7D61">
        <w:t>¿</w:t>
      </w:r>
      <w:proofErr w:type="spellStart"/>
      <w:r w:rsidR="00BB7D61">
        <w:t>Contás</w:t>
      </w:r>
      <w:proofErr w:type="spellEnd"/>
      <w:r w:rsidR="00BB7D61">
        <w:t xml:space="preserve"> con las </w:t>
      </w:r>
      <w:proofErr w:type="spellStart"/>
      <w:r w:rsidR="00BB7D61">
        <w:t>certificaciones</w:t>
      </w:r>
      <w:proofErr w:type="spellEnd"/>
      <w:r w:rsidR="00BB7D61">
        <w:t xml:space="preserve"> </w:t>
      </w:r>
      <w:proofErr w:type="spellStart"/>
      <w:r w:rsidR="00BB7D61">
        <w:t>correspondientes</w:t>
      </w:r>
      <w:proofErr w:type="spellEnd"/>
      <w:r w:rsidR="00BB7D61">
        <w:t>?</w:t>
      </w:r>
    </w:p>
    <w:p w14:paraId="26F85CB3" w14:textId="30E6F33F" w:rsidR="005D3FA2" w:rsidRDefault="005D3FA2">
      <w:r>
        <w:t xml:space="preserve">Si: </w:t>
      </w:r>
      <w:sdt>
        <w:sdtPr>
          <w:id w:val="1108469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1408045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35FC533" w14:textId="6CD1B9EA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equipos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ser chequeados con una frecuencia que garantice sus datos.</w:t>
      </w:r>
    </w:p>
    <w:p w14:paraId="1C1D23D3" w14:textId="77777777" w:rsidR="005D7E82" w:rsidRDefault="00000000">
      <w:pPr>
        <w:pStyle w:val="Ttulo2"/>
      </w:pPr>
      <w:r>
        <w:t>9. Controles bacteriológicos</w:t>
      </w:r>
    </w:p>
    <w:p w14:paraId="35F34050" w14:textId="50554384" w:rsidR="00C32A1C" w:rsidRDefault="00C35669">
      <w:r w:rsidRPr="00C32A1C">
        <w:rPr>
          <w:b/>
          <w:bCs/>
        </w:rPr>
        <w:t>Riesgo</w:t>
      </w:r>
      <w:r>
        <w:t xml:space="preserve">: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sectores</w:t>
      </w:r>
      <w:proofErr w:type="spellEnd"/>
      <w:r>
        <w:t xml:space="preserve"> </w:t>
      </w:r>
      <w:proofErr w:type="spellStart"/>
      <w:r>
        <w:t>productivos</w:t>
      </w:r>
      <w:proofErr w:type="spellEnd"/>
      <w:r>
        <w:t xml:space="preserve"> y el producto terminado deben ser monitoreados para garantizar las correctas prácticas. Lo mismo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análisis</w:t>
      </w:r>
      <w:proofErr w:type="spellEnd"/>
      <w:r>
        <w:t xml:space="preserve"> del </w:t>
      </w:r>
      <w:proofErr w:type="spellStart"/>
      <w:r>
        <w:t>agua</w:t>
      </w:r>
      <w:proofErr w:type="spellEnd"/>
      <w:r>
        <w:t>.</w:t>
      </w:r>
      <w:r w:rsidR="005D3FA2">
        <w:t xml:space="preserve"> </w:t>
      </w:r>
      <w:r w:rsidR="00B275F8">
        <w:t>¿</w:t>
      </w:r>
      <w:proofErr w:type="spellStart"/>
      <w:r w:rsidR="00B275F8">
        <w:t>Realizás</w:t>
      </w:r>
      <w:proofErr w:type="spellEnd"/>
      <w:r w:rsidR="00B275F8">
        <w:t xml:space="preserve"> </w:t>
      </w:r>
      <w:proofErr w:type="spellStart"/>
      <w:r w:rsidR="00B275F8">
        <w:t>esta</w:t>
      </w:r>
      <w:proofErr w:type="spellEnd"/>
      <w:r w:rsidR="00B275F8">
        <w:t xml:space="preserve"> </w:t>
      </w:r>
      <w:proofErr w:type="spellStart"/>
      <w:r w:rsidR="00B275F8">
        <w:t>clase</w:t>
      </w:r>
      <w:proofErr w:type="spellEnd"/>
      <w:r w:rsidR="00B275F8">
        <w:t xml:space="preserve"> de </w:t>
      </w:r>
      <w:proofErr w:type="spellStart"/>
      <w:r w:rsidR="00B275F8">
        <w:t>an</w:t>
      </w:r>
      <w:r w:rsidR="005D3FA2">
        <w:t>á</w:t>
      </w:r>
      <w:r w:rsidR="00B275F8">
        <w:t>lisis</w:t>
      </w:r>
      <w:proofErr w:type="spellEnd"/>
      <w:r w:rsidR="00B275F8">
        <w:t>?</w:t>
      </w:r>
    </w:p>
    <w:p w14:paraId="4C66251B" w14:textId="6FB9A346" w:rsidR="005D3FA2" w:rsidRDefault="005D3FA2">
      <w:r>
        <w:t xml:space="preserve">Si: </w:t>
      </w:r>
      <w:sdt>
        <w:sdtPr>
          <w:id w:val="190113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930021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336EFD4" w14:textId="09E51F6D" w:rsidR="005D7E82" w:rsidRDefault="00C35669">
      <w:r w:rsidRPr="00C32A1C">
        <w:rPr>
          <w:b/>
          <w:bCs/>
        </w:rPr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análisis</w:t>
      </w:r>
      <w:proofErr w:type="spellEnd"/>
      <w:r>
        <w:t xml:space="preserve"> del agua usada en la producción y limpieza son básicos para una buena gestión.</w:t>
      </w:r>
    </w:p>
    <w:p w14:paraId="2D9B7FCB" w14:textId="4E0F326F" w:rsidR="005D7E82" w:rsidRDefault="00000000">
      <w:pPr>
        <w:pStyle w:val="Ttulo2"/>
      </w:pPr>
      <w:r>
        <w:t xml:space="preserve">10. Control </w:t>
      </w:r>
      <w:proofErr w:type="spellStart"/>
      <w:r>
        <w:t>estadístico</w:t>
      </w:r>
      <w:proofErr w:type="spellEnd"/>
      <w:r>
        <w:t xml:space="preserve"> de </w:t>
      </w:r>
      <w:proofErr w:type="spellStart"/>
      <w:r>
        <w:t>proceso</w:t>
      </w:r>
      <w:r w:rsidR="00B275F8">
        <w:t>s</w:t>
      </w:r>
      <w:proofErr w:type="spellEnd"/>
    </w:p>
    <w:p w14:paraId="52CCFA47" w14:textId="145E9695" w:rsidR="00C32A1C" w:rsidRDefault="00C35669" w:rsidP="005D3FA2">
      <w:r w:rsidRPr="00C32A1C">
        <w:rPr>
          <w:b/>
          <w:bCs/>
        </w:rPr>
        <w:t>Riesgo</w:t>
      </w:r>
      <w:r>
        <w:t xml:space="preserve">: no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detectar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dónde</w:t>
      </w:r>
      <w:proofErr w:type="spellEnd"/>
      <w:r>
        <w:t xml:space="preserve"> tenemos las pérdidas y esto manejado de modo correcto nos puede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ahorrar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dinero.</w:t>
      </w:r>
      <w:r w:rsidR="005D3FA2">
        <w:t xml:space="preserve"> </w:t>
      </w:r>
      <w:r w:rsidR="00B275F8">
        <w:t>¿</w:t>
      </w:r>
      <w:proofErr w:type="spellStart"/>
      <w:r w:rsidR="00B275F8">
        <w:t>Contás</w:t>
      </w:r>
      <w:proofErr w:type="spellEnd"/>
      <w:r w:rsidR="00B275F8">
        <w:t xml:space="preserve"> con </w:t>
      </w:r>
      <w:proofErr w:type="spellStart"/>
      <w:r w:rsidR="00B275F8">
        <w:t>planillas</w:t>
      </w:r>
      <w:proofErr w:type="spellEnd"/>
      <w:r w:rsidR="00B275F8">
        <w:t xml:space="preserve"> de </w:t>
      </w:r>
      <w:proofErr w:type="spellStart"/>
      <w:r w:rsidR="00B275F8">
        <w:t>seguimiento</w:t>
      </w:r>
      <w:proofErr w:type="spellEnd"/>
      <w:r w:rsidR="00B275F8">
        <w:t xml:space="preserve"> y posterior </w:t>
      </w:r>
      <w:proofErr w:type="spellStart"/>
      <w:r w:rsidR="00B275F8">
        <w:t>an</w:t>
      </w:r>
      <w:r w:rsidR="005D3FA2">
        <w:t>á</w:t>
      </w:r>
      <w:r w:rsidR="00B275F8">
        <w:t>lisis</w:t>
      </w:r>
      <w:proofErr w:type="spellEnd"/>
      <w:r w:rsidR="00B275F8">
        <w:t xml:space="preserve"> de </w:t>
      </w:r>
      <w:proofErr w:type="spellStart"/>
      <w:r w:rsidR="00B275F8">
        <w:t>los</w:t>
      </w:r>
      <w:proofErr w:type="spellEnd"/>
      <w:r w:rsidR="00B275F8">
        <w:t xml:space="preserve"> </w:t>
      </w:r>
      <w:proofErr w:type="spellStart"/>
      <w:r w:rsidR="00B275F8">
        <w:t>resultados</w:t>
      </w:r>
      <w:proofErr w:type="spellEnd"/>
      <w:r w:rsidR="00B275F8">
        <w:t xml:space="preserve"> para la </w:t>
      </w:r>
      <w:proofErr w:type="spellStart"/>
      <w:r w:rsidR="00B275F8">
        <w:t>mejora</w:t>
      </w:r>
      <w:proofErr w:type="spellEnd"/>
      <w:r w:rsidR="00B275F8">
        <w:t xml:space="preserve"> del </w:t>
      </w:r>
      <w:proofErr w:type="spellStart"/>
      <w:r w:rsidR="00B275F8">
        <w:t>proceso</w:t>
      </w:r>
      <w:proofErr w:type="spellEnd"/>
      <w:r w:rsidR="00B275F8">
        <w:t xml:space="preserve"> </w:t>
      </w:r>
      <w:proofErr w:type="spellStart"/>
      <w:r w:rsidR="00B275F8">
        <w:t>productivo</w:t>
      </w:r>
      <w:proofErr w:type="spellEnd"/>
      <w:r w:rsidR="00B275F8">
        <w:t>?</w:t>
      </w:r>
    </w:p>
    <w:p w14:paraId="1B624734" w14:textId="1A868C06" w:rsidR="005D3FA2" w:rsidRDefault="005D3FA2" w:rsidP="005D3FA2">
      <w:r>
        <w:t xml:space="preserve">Si: </w:t>
      </w:r>
      <w:sdt>
        <w:sdtPr>
          <w:id w:val="1218709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No: </w:t>
      </w:r>
      <w:sdt>
        <w:sdtPr>
          <w:id w:val="-908224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6B75789" w14:textId="09386024" w:rsidR="00C35669" w:rsidRDefault="00C35669" w:rsidP="00C35669">
      <w:pPr>
        <w:pBdr>
          <w:bottom w:val="single" w:sz="6" w:space="1" w:color="auto"/>
        </w:pBdr>
      </w:pPr>
      <w:r w:rsidRPr="00C32A1C">
        <w:rPr>
          <w:b/>
          <w:bCs/>
        </w:rPr>
        <w:lastRenderedPageBreak/>
        <w:t xml:space="preserve">Tip del </w:t>
      </w:r>
      <w:proofErr w:type="spellStart"/>
      <w:r w:rsidRPr="00C32A1C">
        <w:rPr>
          <w:b/>
          <w:bCs/>
        </w:rPr>
        <w:t>experto</w:t>
      </w:r>
      <w:proofErr w:type="spellEnd"/>
      <w:r>
        <w:t xml:space="preserve">: </w:t>
      </w:r>
      <w:proofErr w:type="spellStart"/>
      <w:r>
        <w:t>el</w:t>
      </w:r>
      <w:proofErr w:type="spellEnd"/>
      <w:r>
        <w:t xml:space="preserve"> </w:t>
      </w:r>
      <w:proofErr w:type="spellStart"/>
      <w:r>
        <w:t>análisis</w:t>
      </w:r>
      <w:proofErr w:type="spellEnd"/>
      <w:r>
        <w:t xml:space="preserve">, la corrección y </w:t>
      </w:r>
      <w:proofErr w:type="spellStart"/>
      <w:r>
        <w:t>optimización</w:t>
      </w:r>
      <w:proofErr w:type="spellEnd"/>
      <w:r>
        <w:t xml:space="preserve"> de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son </w:t>
      </w:r>
      <w:proofErr w:type="spellStart"/>
      <w:r>
        <w:t>fundamentales</w:t>
      </w:r>
      <w:proofErr w:type="spellEnd"/>
      <w:r>
        <w:t xml:space="preserve"> para </w:t>
      </w:r>
      <w:proofErr w:type="spellStart"/>
      <w:r>
        <w:t>lograr</w:t>
      </w:r>
      <w:proofErr w:type="spellEnd"/>
      <w:r>
        <w:t xml:space="preserve"> </w:t>
      </w:r>
      <w:proofErr w:type="spellStart"/>
      <w:r>
        <w:t>eficiencia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procesos</w:t>
      </w:r>
      <w:proofErr w:type="spellEnd"/>
      <w:r>
        <w:t>.</w:t>
      </w:r>
    </w:p>
    <w:p w14:paraId="3B03F837" w14:textId="77777777" w:rsidR="00C35669" w:rsidRDefault="00C35669" w:rsidP="00C35669">
      <w:pPr>
        <w:pBdr>
          <w:bottom w:val="single" w:sz="6" w:space="1" w:color="auto"/>
        </w:pBdr>
      </w:pPr>
    </w:p>
    <w:p w14:paraId="68C7DA1F" w14:textId="73C925AD" w:rsidR="005D7E82" w:rsidRDefault="00000000">
      <w:r>
        <w:t xml:space="preserve">Si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check list encontraste más de 2 no conformidades, tu planta está en riesgo operativo o legal. No esperes a que llegue una acta de notificación.</w:t>
      </w:r>
    </w:p>
    <w:p w14:paraId="3460275C" w14:textId="77777777" w:rsidR="00BE08FE" w:rsidRDefault="00000000">
      <w:r>
        <w:t xml:space="preserve">¿Querés que hagamos un diagnóstico juntos en tu planta? Escribime para coordinar una auditoría. </w:t>
      </w:r>
    </w:p>
    <w:p w14:paraId="5607CD59" w14:textId="241AD4BD" w:rsidR="005D7E82" w:rsidRDefault="00000000">
      <w:proofErr w:type="spellStart"/>
      <w:r>
        <w:t>Dejemos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planta </w:t>
      </w:r>
      <w:proofErr w:type="spellStart"/>
      <w:r>
        <w:t>lista</w:t>
      </w:r>
      <w:proofErr w:type="spellEnd"/>
      <w:r>
        <w:t xml:space="preserve"> para producir sin miedos.</w:t>
      </w:r>
    </w:p>
    <w:sectPr w:rsidR="005D7E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3936196">
    <w:abstractNumId w:val="8"/>
  </w:num>
  <w:num w:numId="2" w16cid:durableId="903024946">
    <w:abstractNumId w:val="6"/>
  </w:num>
  <w:num w:numId="3" w16cid:durableId="159348629">
    <w:abstractNumId w:val="5"/>
  </w:num>
  <w:num w:numId="4" w16cid:durableId="1230775408">
    <w:abstractNumId w:val="4"/>
  </w:num>
  <w:num w:numId="5" w16cid:durableId="1898008604">
    <w:abstractNumId w:val="7"/>
  </w:num>
  <w:num w:numId="6" w16cid:durableId="809324831">
    <w:abstractNumId w:val="3"/>
  </w:num>
  <w:num w:numId="7" w16cid:durableId="765808436">
    <w:abstractNumId w:val="2"/>
  </w:num>
  <w:num w:numId="8" w16cid:durableId="1634092074">
    <w:abstractNumId w:val="1"/>
  </w:num>
  <w:num w:numId="9" w16cid:durableId="27514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11DE"/>
    <w:rsid w:val="0029639D"/>
    <w:rsid w:val="00326F90"/>
    <w:rsid w:val="003B5628"/>
    <w:rsid w:val="00533DC0"/>
    <w:rsid w:val="005D3FA2"/>
    <w:rsid w:val="005D7E82"/>
    <w:rsid w:val="00AA1D8D"/>
    <w:rsid w:val="00AD22E7"/>
    <w:rsid w:val="00B275F8"/>
    <w:rsid w:val="00B47730"/>
    <w:rsid w:val="00BB7D61"/>
    <w:rsid w:val="00BE08FE"/>
    <w:rsid w:val="00C32A1C"/>
    <w:rsid w:val="00C35669"/>
    <w:rsid w:val="00CB0664"/>
    <w:rsid w:val="00D64817"/>
    <w:rsid w:val="00FC693F"/>
    <w:rsid w:val="00FD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A8509"/>
  <w14:defaultImageDpi w14:val="300"/>
  <w15:docId w15:val="{6F5D1C30-5394-4823-BAFB-62EA3AAB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532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pablo bottinelli</cp:lastModifiedBy>
  <cp:revision>6</cp:revision>
  <dcterms:created xsi:type="dcterms:W3CDTF">2013-12-23T23:15:00Z</dcterms:created>
  <dcterms:modified xsi:type="dcterms:W3CDTF">2026-03-13T19:14:00Z</dcterms:modified>
  <cp:category/>
</cp:coreProperties>
</file>